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6A759" w14:textId="77777777" w:rsidR="009632DB" w:rsidRPr="008C239A" w:rsidRDefault="004E1999" w:rsidP="00275AD2">
      <w:pPr>
        <w:jc w:val="center"/>
        <w:rPr>
          <w:sz w:val="20"/>
          <w:szCs w:val="20"/>
        </w:rPr>
      </w:pPr>
      <w:r w:rsidRPr="008C239A">
        <w:rPr>
          <w:b/>
          <w:sz w:val="20"/>
          <w:szCs w:val="20"/>
        </w:rPr>
        <w:t>ANEXO I</w:t>
      </w:r>
    </w:p>
    <w:p w14:paraId="747ED925" w14:textId="77777777" w:rsidR="009632DB" w:rsidRPr="008C239A" w:rsidRDefault="004E1999" w:rsidP="00275AD2">
      <w:pPr>
        <w:jc w:val="center"/>
        <w:rPr>
          <w:sz w:val="20"/>
          <w:szCs w:val="20"/>
        </w:rPr>
      </w:pPr>
      <w:r w:rsidRPr="008C239A">
        <w:rPr>
          <w:b/>
          <w:sz w:val="20"/>
          <w:szCs w:val="20"/>
        </w:rPr>
        <w:t>TERMO DE ADESÃO AO PROGRAMA IGNITE</w:t>
      </w:r>
    </w:p>
    <w:p w14:paraId="415D5C26" w14:textId="77777777" w:rsidR="009632DB" w:rsidRPr="008C239A" w:rsidRDefault="004E1999" w:rsidP="00275AD2">
      <w:pPr>
        <w:jc w:val="center"/>
        <w:rPr>
          <w:sz w:val="20"/>
          <w:szCs w:val="20"/>
        </w:rPr>
      </w:pPr>
      <w:r w:rsidRPr="008C239A">
        <w:rPr>
          <w:b/>
          <w:sz w:val="20"/>
          <w:szCs w:val="20"/>
        </w:rPr>
        <w:t>EDITAL DE CHAMAMENTO PÚBLICO Nº ___/2026</w:t>
      </w:r>
    </w:p>
    <w:p w14:paraId="35A4F373" w14:textId="77777777" w:rsidR="009632DB" w:rsidRPr="008C239A" w:rsidRDefault="009632DB" w:rsidP="00C93E66">
      <w:pPr>
        <w:jc w:val="both"/>
        <w:rPr>
          <w:sz w:val="20"/>
          <w:szCs w:val="20"/>
        </w:rPr>
      </w:pPr>
    </w:p>
    <w:p w14:paraId="141C4DDC" w14:textId="77777777" w:rsidR="009632DB" w:rsidRPr="008C239A" w:rsidRDefault="004E1999" w:rsidP="00C93E66">
      <w:pPr>
        <w:jc w:val="both"/>
        <w:rPr>
          <w:sz w:val="20"/>
          <w:szCs w:val="20"/>
        </w:rPr>
      </w:pPr>
      <w:r w:rsidRPr="008C239A">
        <w:rPr>
          <w:sz w:val="20"/>
          <w:szCs w:val="20"/>
        </w:rPr>
        <w:t>Pelo presente instrumento, o(a) PARTICIPANTE abaixo identificado(a) adere voluntariamente ao Programa Ignite, executado no âmbito do Acordo de Cooperação Técnica nº 003/2026, mediante as condições seguintes.</w:t>
      </w:r>
    </w:p>
    <w:p w14:paraId="1CE3A48D" w14:textId="77777777" w:rsidR="009632DB" w:rsidRPr="008C239A" w:rsidRDefault="004E1999" w:rsidP="00C93E66">
      <w:pPr>
        <w:pStyle w:val="Ttulo1"/>
        <w:jc w:val="both"/>
        <w:rPr>
          <w:color w:val="auto"/>
          <w:sz w:val="20"/>
          <w:szCs w:val="20"/>
        </w:rPr>
      </w:pPr>
      <w:r w:rsidRPr="008C239A">
        <w:rPr>
          <w:color w:val="auto"/>
          <w:sz w:val="20"/>
          <w:szCs w:val="20"/>
        </w:rPr>
        <w:t>1. IDENTIFICAÇÃO DO PARTICIPANTE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9632DB" w:rsidRPr="008C239A" w14:paraId="0DB9C200" w14:textId="77777777">
        <w:trPr>
          <w:jc w:val="center"/>
        </w:trPr>
        <w:tc>
          <w:tcPr>
            <w:tcW w:w="2835" w:type="dxa"/>
            <w:shd w:val="clear" w:color="auto" w:fill="1F4E79"/>
            <w:vAlign w:val="center"/>
          </w:tcPr>
          <w:p w14:paraId="642C6E77" w14:textId="77777777" w:rsidR="009632DB" w:rsidRPr="008C239A" w:rsidRDefault="004E1999" w:rsidP="00C93E66">
            <w:pPr>
              <w:jc w:val="both"/>
              <w:rPr>
                <w:sz w:val="20"/>
                <w:szCs w:val="20"/>
              </w:rPr>
            </w:pPr>
            <w:r w:rsidRPr="008C239A">
              <w:rPr>
                <w:b/>
                <w:sz w:val="20"/>
                <w:szCs w:val="20"/>
              </w:rPr>
              <w:t>Campo</w:t>
            </w:r>
          </w:p>
        </w:tc>
        <w:tc>
          <w:tcPr>
            <w:tcW w:w="6236" w:type="dxa"/>
            <w:shd w:val="clear" w:color="auto" w:fill="1F4E79"/>
            <w:vAlign w:val="center"/>
          </w:tcPr>
          <w:p w14:paraId="1796C2BE" w14:textId="77777777" w:rsidR="009632DB" w:rsidRPr="008C239A" w:rsidRDefault="004E1999" w:rsidP="00C93E66">
            <w:pPr>
              <w:jc w:val="both"/>
              <w:rPr>
                <w:sz w:val="20"/>
                <w:szCs w:val="20"/>
              </w:rPr>
            </w:pPr>
            <w:r w:rsidRPr="008C239A">
              <w:rPr>
                <w:b/>
                <w:sz w:val="20"/>
                <w:szCs w:val="20"/>
              </w:rPr>
              <w:t>Informação</w:t>
            </w:r>
          </w:p>
        </w:tc>
      </w:tr>
      <w:tr w:rsidR="009632DB" w:rsidRPr="008C239A" w14:paraId="1AC87685" w14:textId="77777777">
        <w:trPr>
          <w:jc w:val="center"/>
        </w:trPr>
        <w:tc>
          <w:tcPr>
            <w:tcW w:w="2835" w:type="dxa"/>
            <w:vAlign w:val="center"/>
          </w:tcPr>
          <w:p w14:paraId="2A543EB6" w14:textId="77777777" w:rsidR="009632DB" w:rsidRPr="008C239A" w:rsidRDefault="004E1999" w:rsidP="00C93E66">
            <w:pPr>
              <w:jc w:val="both"/>
              <w:rPr>
                <w:sz w:val="20"/>
                <w:szCs w:val="20"/>
              </w:rPr>
            </w:pPr>
            <w:r w:rsidRPr="008C239A">
              <w:rPr>
                <w:sz w:val="20"/>
                <w:szCs w:val="20"/>
              </w:rPr>
              <w:t>Nome completo</w:t>
            </w:r>
          </w:p>
        </w:tc>
        <w:tc>
          <w:tcPr>
            <w:tcW w:w="6236" w:type="dxa"/>
            <w:vAlign w:val="center"/>
          </w:tcPr>
          <w:p w14:paraId="7CF6953E" w14:textId="77777777" w:rsidR="009632DB" w:rsidRPr="008C239A" w:rsidRDefault="009632DB" w:rsidP="00C93E66">
            <w:pPr>
              <w:jc w:val="both"/>
              <w:rPr>
                <w:sz w:val="20"/>
                <w:szCs w:val="20"/>
              </w:rPr>
            </w:pPr>
          </w:p>
        </w:tc>
      </w:tr>
      <w:tr w:rsidR="009632DB" w:rsidRPr="008C239A" w14:paraId="3BC22D53" w14:textId="77777777">
        <w:trPr>
          <w:jc w:val="center"/>
        </w:trPr>
        <w:tc>
          <w:tcPr>
            <w:tcW w:w="2835" w:type="dxa"/>
            <w:vAlign w:val="center"/>
          </w:tcPr>
          <w:p w14:paraId="17777DB2" w14:textId="77777777" w:rsidR="009632DB" w:rsidRPr="008C239A" w:rsidRDefault="004E1999" w:rsidP="00C93E66">
            <w:pPr>
              <w:jc w:val="both"/>
              <w:rPr>
                <w:sz w:val="20"/>
                <w:szCs w:val="20"/>
              </w:rPr>
            </w:pPr>
            <w:r w:rsidRPr="008C239A">
              <w:rPr>
                <w:sz w:val="20"/>
                <w:szCs w:val="20"/>
              </w:rPr>
              <w:t>CPF</w:t>
            </w:r>
          </w:p>
        </w:tc>
        <w:tc>
          <w:tcPr>
            <w:tcW w:w="6236" w:type="dxa"/>
            <w:vAlign w:val="center"/>
          </w:tcPr>
          <w:p w14:paraId="5E1DE40A" w14:textId="77777777" w:rsidR="009632DB" w:rsidRPr="008C239A" w:rsidRDefault="009632DB" w:rsidP="00C93E66">
            <w:pPr>
              <w:jc w:val="both"/>
              <w:rPr>
                <w:sz w:val="20"/>
                <w:szCs w:val="20"/>
              </w:rPr>
            </w:pPr>
          </w:p>
        </w:tc>
      </w:tr>
      <w:tr w:rsidR="009632DB" w:rsidRPr="008C239A" w14:paraId="54A1068F" w14:textId="77777777">
        <w:trPr>
          <w:jc w:val="center"/>
        </w:trPr>
        <w:tc>
          <w:tcPr>
            <w:tcW w:w="2835" w:type="dxa"/>
            <w:vAlign w:val="center"/>
          </w:tcPr>
          <w:p w14:paraId="23518CE4" w14:textId="77777777" w:rsidR="009632DB" w:rsidRPr="008C239A" w:rsidRDefault="004E1999" w:rsidP="00C93E66">
            <w:pPr>
              <w:jc w:val="both"/>
              <w:rPr>
                <w:sz w:val="20"/>
                <w:szCs w:val="20"/>
              </w:rPr>
            </w:pPr>
            <w:r w:rsidRPr="008C239A">
              <w:rPr>
                <w:sz w:val="20"/>
                <w:szCs w:val="20"/>
              </w:rPr>
              <w:t>Documento de identidade</w:t>
            </w:r>
          </w:p>
        </w:tc>
        <w:tc>
          <w:tcPr>
            <w:tcW w:w="6236" w:type="dxa"/>
            <w:vAlign w:val="center"/>
          </w:tcPr>
          <w:p w14:paraId="0A96C21A" w14:textId="77777777" w:rsidR="009632DB" w:rsidRPr="008C239A" w:rsidRDefault="009632DB" w:rsidP="00C93E66">
            <w:pPr>
              <w:jc w:val="both"/>
              <w:rPr>
                <w:sz w:val="20"/>
                <w:szCs w:val="20"/>
              </w:rPr>
            </w:pPr>
          </w:p>
        </w:tc>
      </w:tr>
      <w:tr w:rsidR="009632DB" w:rsidRPr="008C239A" w14:paraId="5C6F48C0" w14:textId="77777777">
        <w:trPr>
          <w:jc w:val="center"/>
        </w:trPr>
        <w:tc>
          <w:tcPr>
            <w:tcW w:w="2835" w:type="dxa"/>
            <w:vAlign w:val="center"/>
          </w:tcPr>
          <w:p w14:paraId="40856EBF" w14:textId="77777777" w:rsidR="009632DB" w:rsidRPr="008C239A" w:rsidRDefault="004E1999" w:rsidP="00C93E66">
            <w:pPr>
              <w:jc w:val="both"/>
              <w:rPr>
                <w:sz w:val="20"/>
                <w:szCs w:val="20"/>
              </w:rPr>
            </w:pPr>
            <w:r w:rsidRPr="008C239A">
              <w:rPr>
                <w:sz w:val="20"/>
                <w:szCs w:val="20"/>
              </w:rPr>
              <w:t>Endereço</w:t>
            </w:r>
          </w:p>
        </w:tc>
        <w:tc>
          <w:tcPr>
            <w:tcW w:w="6236" w:type="dxa"/>
            <w:vAlign w:val="center"/>
          </w:tcPr>
          <w:p w14:paraId="59F66436" w14:textId="77777777" w:rsidR="009632DB" w:rsidRPr="008C239A" w:rsidRDefault="009632DB" w:rsidP="00C93E66">
            <w:pPr>
              <w:jc w:val="both"/>
              <w:rPr>
                <w:sz w:val="20"/>
                <w:szCs w:val="20"/>
              </w:rPr>
            </w:pPr>
          </w:p>
        </w:tc>
      </w:tr>
      <w:tr w:rsidR="009632DB" w:rsidRPr="008C239A" w14:paraId="5F29C7CE" w14:textId="77777777">
        <w:trPr>
          <w:jc w:val="center"/>
        </w:trPr>
        <w:tc>
          <w:tcPr>
            <w:tcW w:w="2835" w:type="dxa"/>
            <w:vAlign w:val="center"/>
          </w:tcPr>
          <w:p w14:paraId="3446E57D" w14:textId="77777777" w:rsidR="009632DB" w:rsidRPr="008C239A" w:rsidRDefault="004E1999" w:rsidP="00C93E66">
            <w:pPr>
              <w:jc w:val="both"/>
              <w:rPr>
                <w:sz w:val="20"/>
                <w:szCs w:val="20"/>
              </w:rPr>
            </w:pPr>
            <w:r w:rsidRPr="008C239A">
              <w:rPr>
                <w:sz w:val="20"/>
                <w:szCs w:val="20"/>
              </w:rPr>
              <w:t>Município/UF</w:t>
            </w:r>
          </w:p>
        </w:tc>
        <w:tc>
          <w:tcPr>
            <w:tcW w:w="6236" w:type="dxa"/>
            <w:vAlign w:val="center"/>
          </w:tcPr>
          <w:p w14:paraId="1EDEA9EE" w14:textId="77777777" w:rsidR="009632DB" w:rsidRPr="008C239A" w:rsidRDefault="009632DB" w:rsidP="00C93E66">
            <w:pPr>
              <w:jc w:val="both"/>
              <w:rPr>
                <w:sz w:val="20"/>
                <w:szCs w:val="20"/>
              </w:rPr>
            </w:pPr>
          </w:p>
        </w:tc>
      </w:tr>
      <w:tr w:rsidR="009632DB" w:rsidRPr="008C239A" w14:paraId="1479E778" w14:textId="77777777">
        <w:trPr>
          <w:jc w:val="center"/>
        </w:trPr>
        <w:tc>
          <w:tcPr>
            <w:tcW w:w="2835" w:type="dxa"/>
            <w:vAlign w:val="center"/>
          </w:tcPr>
          <w:p w14:paraId="60E31A74" w14:textId="77777777" w:rsidR="009632DB" w:rsidRPr="008C239A" w:rsidRDefault="004E1999" w:rsidP="00C93E66">
            <w:pPr>
              <w:jc w:val="both"/>
              <w:rPr>
                <w:sz w:val="20"/>
                <w:szCs w:val="20"/>
              </w:rPr>
            </w:pPr>
            <w:r w:rsidRPr="008C239A">
              <w:rPr>
                <w:sz w:val="20"/>
                <w:szCs w:val="20"/>
              </w:rPr>
              <w:t>E-mail</w:t>
            </w:r>
          </w:p>
        </w:tc>
        <w:tc>
          <w:tcPr>
            <w:tcW w:w="6236" w:type="dxa"/>
            <w:vAlign w:val="center"/>
          </w:tcPr>
          <w:p w14:paraId="037AAE35" w14:textId="77777777" w:rsidR="009632DB" w:rsidRPr="008C239A" w:rsidRDefault="009632DB" w:rsidP="00C93E66">
            <w:pPr>
              <w:jc w:val="both"/>
              <w:rPr>
                <w:sz w:val="20"/>
                <w:szCs w:val="20"/>
              </w:rPr>
            </w:pPr>
          </w:p>
        </w:tc>
      </w:tr>
      <w:tr w:rsidR="009632DB" w:rsidRPr="008C239A" w14:paraId="2C3EDBB9" w14:textId="77777777">
        <w:trPr>
          <w:jc w:val="center"/>
        </w:trPr>
        <w:tc>
          <w:tcPr>
            <w:tcW w:w="2835" w:type="dxa"/>
            <w:vAlign w:val="center"/>
          </w:tcPr>
          <w:p w14:paraId="23B1B39F" w14:textId="77777777" w:rsidR="009632DB" w:rsidRPr="008C239A" w:rsidRDefault="004E1999" w:rsidP="00C93E66">
            <w:pPr>
              <w:jc w:val="both"/>
              <w:rPr>
                <w:sz w:val="20"/>
                <w:szCs w:val="20"/>
              </w:rPr>
            </w:pPr>
            <w:r w:rsidRPr="008C239A">
              <w:rPr>
                <w:sz w:val="20"/>
                <w:szCs w:val="20"/>
              </w:rPr>
              <w:t>Telefone</w:t>
            </w:r>
          </w:p>
        </w:tc>
        <w:tc>
          <w:tcPr>
            <w:tcW w:w="6236" w:type="dxa"/>
            <w:vAlign w:val="center"/>
          </w:tcPr>
          <w:p w14:paraId="7344AA1C" w14:textId="77777777" w:rsidR="009632DB" w:rsidRPr="008C239A" w:rsidRDefault="009632DB" w:rsidP="00C93E66">
            <w:pPr>
              <w:jc w:val="both"/>
              <w:rPr>
                <w:sz w:val="20"/>
                <w:szCs w:val="20"/>
              </w:rPr>
            </w:pPr>
          </w:p>
        </w:tc>
      </w:tr>
      <w:tr w:rsidR="009632DB" w:rsidRPr="008C239A" w14:paraId="6CECC28C" w14:textId="77777777">
        <w:trPr>
          <w:jc w:val="center"/>
        </w:trPr>
        <w:tc>
          <w:tcPr>
            <w:tcW w:w="2835" w:type="dxa"/>
            <w:vAlign w:val="center"/>
          </w:tcPr>
          <w:p w14:paraId="02802340" w14:textId="77777777" w:rsidR="009632DB" w:rsidRPr="008C239A" w:rsidRDefault="004E1999" w:rsidP="00C93E66">
            <w:pPr>
              <w:jc w:val="both"/>
              <w:rPr>
                <w:sz w:val="20"/>
                <w:szCs w:val="20"/>
              </w:rPr>
            </w:pPr>
            <w:r w:rsidRPr="008C239A">
              <w:rPr>
                <w:sz w:val="20"/>
                <w:szCs w:val="20"/>
              </w:rPr>
              <w:t>Modalidade</w:t>
            </w:r>
          </w:p>
        </w:tc>
        <w:tc>
          <w:tcPr>
            <w:tcW w:w="6236" w:type="dxa"/>
            <w:vAlign w:val="center"/>
          </w:tcPr>
          <w:p w14:paraId="08D4F5F7" w14:textId="77777777" w:rsidR="009632DB" w:rsidRPr="008C239A" w:rsidRDefault="004E1999" w:rsidP="00C93E66">
            <w:pPr>
              <w:jc w:val="both"/>
              <w:rPr>
                <w:sz w:val="20"/>
                <w:szCs w:val="20"/>
              </w:rPr>
            </w:pPr>
            <w:proofErr w:type="gramStart"/>
            <w:r w:rsidRPr="008C239A">
              <w:rPr>
                <w:sz w:val="20"/>
                <w:szCs w:val="20"/>
                <w:highlight w:val="yellow"/>
              </w:rPr>
              <w:t>(  )</w:t>
            </w:r>
            <w:proofErr w:type="gramEnd"/>
            <w:r w:rsidRPr="008C239A">
              <w:rPr>
                <w:sz w:val="20"/>
                <w:szCs w:val="20"/>
                <w:highlight w:val="yellow"/>
              </w:rPr>
              <w:t xml:space="preserve"> Negócio inovador</w:t>
            </w:r>
            <w:proofErr w:type="gramStart"/>
            <w:r w:rsidRPr="008C239A">
              <w:rPr>
                <w:sz w:val="20"/>
                <w:szCs w:val="20"/>
                <w:highlight w:val="yellow"/>
              </w:rPr>
              <w:t xml:space="preserve">   (  )</w:t>
            </w:r>
            <w:proofErr w:type="gramEnd"/>
            <w:r w:rsidRPr="008C239A">
              <w:rPr>
                <w:sz w:val="20"/>
                <w:szCs w:val="20"/>
                <w:highlight w:val="yellow"/>
              </w:rPr>
              <w:t xml:space="preserve"> Mentor</w:t>
            </w:r>
          </w:p>
        </w:tc>
      </w:tr>
      <w:tr w:rsidR="009632DB" w:rsidRPr="008C239A" w14:paraId="2E3273BC" w14:textId="77777777">
        <w:trPr>
          <w:jc w:val="center"/>
        </w:trPr>
        <w:tc>
          <w:tcPr>
            <w:tcW w:w="2835" w:type="dxa"/>
            <w:vAlign w:val="center"/>
          </w:tcPr>
          <w:p w14:paraId="51F06012" w14:textId="77777777" w:rsidR="009632DB" w:rsidRPr="008C239A" w:rsidRDefault="004E1999" w:rsidP="00C93E66">
            <w:pPr>
              <w:jc w:val="both"/>
              <w:rPr>
                <w:sz w:val="20"/>
                <w:szCs w:val="20"/>
              </w:rPr>
            </w:pPr>
            <w:r w:rsidRPr="008C239A">
              <w:rPr>
                <w:sz w:val="20"/>
                <w:szCs w:val="20"/>
              </w:rPr>
              <w:t>Nome do negócio, se aplicável</w:t>
            </w:r>
          </w:p>
        </w:tc>
        <w:tc>
          <w:tcPr>
            <w:tcW w:w="6236" w:type="dxa"/>
            <w:vAlign w:val="center"/>
          </w:tcPr>
          <w:p w14:paraId="0DA280C3" w14:textId="77777777" w:rsidR="009632DB" w:rsidRPr="008C239A" w:rsidRDefault="009632DB" w:rsidP="00C93E66">
            <w:pPr>
              <w:jc w:val="both"/>
              <w:rPr>
                <w:sz w:val="20"/>
                <w:szCs w:val="20"/>
              </w:rPr>
            </w:pPr>
          </w:p>
        </w:tc>
      </w:tr>
    </w:tbl>
    <w:p w14:paraId="608EC44B" w14:textId="77777777" w:rsidR="009632DB" w:rsidRPr="008C239A" w:rsidRDefault="009632DB" w:rsidP="00C93E66">
      <w:pPr>
        <w:jc w:val="both"/>
        <w:rPr>
          <w:sz w:val="20"/>
          <w:szCs w:val="20"/>
        </w:rPr>
      </w:pPr>
    </w:p>
    <w:p w14:paraId="600D58A5" w14:textId="77777777" w:rsidR="009632DB" w:rsidRPr="008C239A" w:rsidRDefault="004E1999" w:rsidP="00C93E66">
      <w:pPr>
        <w:pStyle w:val="Ttulo1"/>
        <w:jc w:val="both"/>
        <w:rPr>
          <w:color w:val="auto"/>
          <w:sz w:val="20"/>
          <w:szCs w:val="20"/>
        </w:rPr>
      </w:pPr>
      <w:r w:rsidRPr="008C239A">
        <w:rPr>
          <w:color w:val="auto"/>
          <w:sz w:val="20"/>
          <w:szCs w:val="20"/>
        </w:rPr>
        <w:t>2. DO OBJETO</w:t>
      </w:r>
    </w:p>
    <w:p w14:paraId="7B0EA541" w14:textId="77777777" w:rsidR="009632DB" w:rsidRPr="008C239A" w:rsidRDefault="004E1999" w:rsidP="00C93E66">
      <w:pPr>
        <w:jc w:val="both"/>
        <w:rPr>
          <w:sz w:val="20"/>
          <w:szCs w:val="20"/>
        </w:rPr>
      </w:pPr>
      <w:r w:rsidRPr="008C239A">
        <w:rPr>
          <w:sz w:val="20"/>
          <w:szCs w:val="20"/>
        </w:rPr>
        <w:t xml:space="preserve">2.1. O presente Termo formaliza </w:t>
      </w:r>
      <w:proofErr w:type="gramStart"/>
      <w:r w:rsidRPr="008C239A">
        <w:rPr>
          <w:sz w:val="20"/>
          <w:szCs w:val="20"/>
        </w:rPr>
        <w:t>a</w:t>
      </w:r>
      <w:proofErr w:type="gramEnd"/>
      <w:r w:rsidRPr="008C239A">
        <w:rPr>
          <w:sz w:val="20"/>
          <w:szCs w:val="20"/>
        </w:rPr>
        <w:t xml:space="preserve"> adesão do PARTICIPANTE ao Programa Ignite e sua ciência e aceitação das condições previstas no Edital, na programação e nas orientações operacionais comunicadas pela SICT e pela Wadhwani Foundation.</w:t>
      </w:r>
    </w:p>
    <w:p w14:paraId="7BE69D5B" w14:textId="77777777" w:rsidR="009632DB" w:rsidRPr="008C239A" w:rsidRDefault="004E1999" w:rsidP="00C93E66">
      <w:pPr>
        <w:jc w:val="both"/>
        <w:rPr>
          <w:sz w:val="20"/>
          <w:szCs w:val="20"/>
        </w:rPr>
      </w:pPr>
      <w:r w:rsidRPr="008C239A">
        <w:rPr>
          <w:sz w:val="20"/>
          <w:szCs w:val="20"/>
        </w:rPr>
        <w:t xml:space="preserve">2.2. </w:t>
      </w:r>
      <w:proofErr w:type="gramStart"/>
      <w:r w:rsidRPr="008C239A">
        <w:rPr>
          <w:sz w:val="20"/>
          <w:szCs w:val="20"/>
        </w:rPr>
        <w:t>A</w:t>
      </w:r>
      <w:proofErr w:type="gramEnd"/>
      <w:r w:rsidRPr="008C239A">
        <w:rPr>
          <w:sz w:val="20"/>
          <w:szCs w:val="20"/>
        </w:rPr>
        <w:t xml:space="preserve"> adesão não torna o PARTICIPANTE parte </w:t>
      </w:r>
      <w:proofErr w:type="gramStart"/>
      <w:r w:rsidRPr="008C239A">
        <w:rPr>
          <w:sz w:val="20"/>
          <w:szCs w:val="20"/>
        </w:rPr>
        <w:t>do</w:t>
      </w:r>
      <w:proofErr w:type="gramEnd"/>
      <w:r w:rsidRPr="008C239A">
        <w:rPr>
          <w:sz w:val="20"/>
          <w:szCs w:val="20"/>
        </w:rPr>
        <w:t xml:space="preserve"> Acordo de Cooperação Técnica nº 003/2026, celebrado entre a União, por intermédio do MAPA, e o Estado do Rio Grande do Sul, por intermédio da SICT.</w:t>
      </w:r>
    </w:p>
    <w:p w14:paraId="592F97E1" w14:textId="77777777" w:rsidR="009632DB" w:rsidRPr="008C239A" w:rsidRDefault="004E1999" w:rsidP="00C93E66">
      <w:pPr>
        <w:pStyle w:val="Ttulo1"/>
        <w:jc w:val="both"/>
        <w:rPr>
          <w:color w:val="auto"/>
          <w:sz w:val="20"/>
          <w:szCs w:val="20"/>
        </w:rPr>
      </w:pPr>
      <w:r w:rsidRPr="008C239A">
        <w:rPr>
          <w:color w:val="auto"/>
          <w:sz w:val="20"/>
          <w:szCs w:val="20"/>
        </w:rPr>
        <w:t>3. DOS COMPROMISSOS COMUNS</w:t>
      </w:r>
    </w:p>
    <w:p w14:paraId="11E27B44" w14:textId="77777777" w:rsidR="009632DB" w:rsidRPr="008C239A" w:rsidRDefault="004E1999" w:rsidP="00C93E66">
      <w:pPr>
        <w:jc w:val="both"/>
        <w:rPr>
          <w:sz w:val="20"/>
          <w:szCs w:val="20"/>
        </w:rPr>
      </w:pPr>
      <w:r w:rsidRPr="008C239A">
        <w:rPr>
          <w:sz w:val="20"/>
          <w:szCs w:val="20"/>
        </w:rPr>
        <w:t>3.1. O PARTICIPANTE compromete-se a:</w:t>
      </w:r>
    </w:p>
    <w:p w14:paraId="389FA217" w14:textId="77777777" w:rsidR="009632DB" w:rsidRPr="008C239A" w:rsidRDefault="004E1999" w:rsidP="00C93E66">
      <w:pPr>
        <w:pStyle w:val="Commarcadores"/>
        <w:jc w:val="both"/>
        <w:rPr>
          <w:sz w:val="20"/>
          <w:szCs w:val="20"/>
        </w:rPr>
      </w:pPr>
      <w:r w:rsidRPr="008C239A">
        <w:rPr>
          <w:sz w:val="20"/>
          <w:szCs w:val="20"/>
        </w:rPr>
        <w:t>fornecer informações verdadeiras e manter atualizados seus dados de contato;</w:t>
      </w:r>
    </w:p>
    <w:p w14:paraId="5F1A23A5" w14:textId="77777777" w:rsidR="009632DB" w:rsidRPr="008C239A" w:rsidRDefault="004E1999" w:rsidP="00C93E66">
      <w:pPr>
        <w:pStyle w:val="Commarcadores"/>
        <w:jc w:val="both"/>
        <w:rPr>
          <w:sz w:val="20"/>
          <w:szCs w:val="20"/>
        </w:rPr>
      </w:pPr>
      <w:r w:rsidRPr="008C239A">
        <w:rPr>
          <w:sz w:val="20"/>
          <w:szCs w:val="20"/>
        </w:rPr>
        <w:t>participar das atividades previstas, observar os cronogramas e comunicar previamente eventual impossibilidade de comparecimento;</w:t>
      </w:r>
    </w:p>
    <w:p w14:paraId="08D6623D" w14:textId="77777777" w:rsidR="009632DB" w:rsidRPr="008C239A" w:rsidRDefault="004E1999" w:rsidP="00C93E66">
      <w:pPr>
        <w:pStyle w:val="Commarcadores"/>
        <w:jc w:val="both"/>
        <w:rPr>
          <w:sz w:val="20"/>
          <w:szCs w:val="20"/>
        </w:rPr>
      </w:pPr>
      <w:r w:rsidRPr="008C239A">
        <w:rPr>
          <w:sz w:val="20"/>
          <w:szCs w:val="20"/>
        </w:rPr>
        <w:t>manter conduta respeitosa e compatível com o ambiente de capacitação e mentoria;</w:t>
      </w:r>
    </w:p>
    <w:p w14:paraId="238363DA" w14:textId="77777777" w:rsidR="009632DB" w:rsidRPr="008C239A" w:rsidRDefault="004E1999" w:rsidP="00C93E66">
      <w:pPr>
        <w:pStyle w:val="Commarcadores"/>
        <w:jc w:val="both"/>
        <w:rPr>
          <w:sz w:val="20"/>
          <w:szCs w:val="20"/>
        </w:rPr>
      </w:pPr>
      <w:r w:rsidRPr="008C239A">
        <w:rPr>
          <w:sz w:val="20"/>
          <w:szCs w:val="20"/>
        </w:rPr>
        <w:t>observar as orientações de segurança, confidencialidade e propriedade intelectual aplicáveis aos conteúdos e informações a que tiver acesso;</w:t>
      </w:r>
    </w:p>
    <w:p w14:paraId="029A63B0" w14:textId="77777777" w:rsidR="009632DB" w:rsidRPr="008C239A" w:rsidRDefault="004E1999" w:rsidP="00C93E66">
      <w:pPr>
        <w:pStyle w:val="Commarcadores"/>
        <w:jc w:val="both"/>
        <w:rPr>
          <w:sz w:val="20"/>
          <w:szCs w:val="20"/>
        </w:rPr>
      </w:pPr>
      <w:r w:rsidRPr="008C239A">
        <w:rPr>
          <w:sz w:val="20"/>
          <w:szCs w:val="20"/>
        </w:rPr>
        <w:t>não utilizar a participação no Programa para atribuir à SICT, ao MAPA ou à Wadhwani Foundation endosso comercial, certificação de produto ou garantia de investimento; e</w:t>
      </w:r>
    </w:p>
    <w:p w14:paraId="77EF00F8" w14:textId="77777777" w:rsidR="009632DB" w:rsidRPr="008C239A" w:rsidRDefault="004E1999" w:rsidP="00C93E66">
      <w:pPr>
        <w:pStyle w:val="Commarcadores"/>
        <w:jc w:val="both"/>
        <w:rPr>
          <w:sz w:val="20"/>
          <w:szCs w:val="20"/>
        </w:rPr>
      </w:pPr>
      <w:r w:rsidRPr="008C239A">
        <w:rPr>
          <w:sz w:val="20"/>
          <w:szCs w:val="20"/>
        </w:rPr>
        <w:t>comunicar formalmente eventual desistência.</w:t>
      </w:r>
    </w:p>
    <w:p w14:paraId="2705267B" w14:textId="77777777" w:rsidR="009632DB" w:rsidRPr="008C239A" w:rsidRDefault="004E1999" w:rsidP="00C93E66">
      <w:pPr>
        <w:pStyle w:val="Ttulo1"/>
        <w:jc w:val="both"/>
        <w:rPr>
          <w:color w:val="auto"/>
          <w:sz w:val="20"/>
          <w:szCs w:val="20"/>
        </w:rPr>
      </w:pPr>
      <w:r w:rsidRPr="008C239A">
        <w:rPr>
          <w:color w:val="auto"/>
          <w:sz w:val="20"/>
          <w:szCs w:val="20"/>
        </w:rPr>
        <w:lastRenderedPageBreak/>
        <w:t>4. DOS COMPROMISSOS ESPECÍFICOS</w:t>
      </w:r>
    </w:p>
    <w:p w14:paraId="0BA1F4F5" w14:textId="77777777" w:rsidR="009632DB" w:rsidRPr="008C239A" w:rsidRDefault="004E1999" w:rsidP="00C93E66">
      <w:pPr>
        <w:pStyle w:val="Ttulo2"/>
        <w:jc w:val="both"/>
        <w:rPr>
          <w:color w:val="auto"/>
          <w:sz w:val="20"/>
          <w:szCs w:val="20"/>
        </w:rPr>
      </w:pPr>
      <w:r w:rsidRPr="008C239A">
        <w:rPr>
          <w:color w:val="auto"/>
          <w:sz w:val="20"/>
          <w:szCs w:val="20"/>
        </w:rPr>
        <w:t>4.1. Participante selecionado na modalidade negócio inovador</w:t>
      </w:r>
    </w:p>
    <w:p w14:paraId="5F3F1E4A" w14:textId="77777777" w:rsidR="009632DB" w:rsidRPr="008C239A" w:rsidRDefault="004E1999" w:rsidP="00C93E66">
      <w:pPr>
        <w:jc w:val="both"/>
        <w:rPr>
          <w:sz w:val="20"/>
          <w:szCs w:val="20"/>
        </w:rPr>
      </w:pPr>
      <w:r w:rsidRPr="008C239A">
        <w:rPr>
          <w:sz w:val="20"/>
          <w:szCs w:val="20"/>
        </w:rPr>
        <w:t xml:space="preserve">O participante compromete-se </w:t>
      </w:r>
      <w:proofErr w:type="gramStart"/>
      <w:r w:rsidRPr="008C239A">
        <w:rPr>
          <w:sz w:val="20"/>
          <w:szCs w:val="20"/>
        </w:rPr>
        <w:t>a</w:t>
      </w:r>
      <w:proofErr w:type="gramEnd"/>
      <w:r w:rsidRPr="008C239A">
        <w:rPr>
          <w:sz w:val="20"/>
          <w:szCs w:val="20"/>
        </w:rPr>
        <w:t xml:space="preserve"> acompanhar a jornada de capacitação, realizar as atividades e entregas propostas e indicar, quando admitida mais de uma pessoa por negócio, os integrantes que participarão das atividades.</w:t>
      </w:r>
    </w:p>
    <w:p w14:paraId="1379DB12" w14:textId="77777777" w:rsidR="009632DB" w:rsidRPr="008C239A" w:rsidRDefault="004E1999" w:rsidP="00C93E66">
      <w:pPr>
        <w:pStyle w:val="Ttulo2"/>
        <w:jc w:val="both"/>
        <w:rPr>
          <w:color w:val="auto"/>
          <w:sz w:val="20"/>
          <w:szCs w:val="20"/>
        </w:rPr>
      </w:pPr>
      <w:r w:rsidRPr="008C239A">
        <w:rPr>
          <w:color w:val="auto"/>
          <w:sz w:val="20"/>
          <w:szCs w:val="20"/>
        </w:rPr>
        <w:t>4.2. Participante selecionado na modalidade mentor</w:t>
      </w:r>
    </w:p>
    <w:p w14:paraId="44D60161" w14:textId="77777777" w:rsidR="009632DB" w:rsidRPr="008C239A" w:rsidRDefault="004E1999" w:rsidP="00C93E66">
      <w:pPr>
        <w:jc w:val="both"/>
        <w:rPr>
          <w:sz w:val="20"/>
          <w:szCs w:val="20"/>
        </w:rPr>
      </w:pPr>
      <w:r w:rsidRPr="008C239A">
        <w:rPr>
          <w:sz w:val="20"/>
          <w:szCs w:val="20"/>
        </w:rPr>
        <w:t>O mentor compromete-se a participar do treinamento aplicável, orientar os negócios que lhe forem atribuídos, avaliar as entregas previstas na metodologia e participar de, no mínimo, 3 (três) encontros online com cada negócio mentorado, ressalvados ajustes operacionais formalmente comunicados pela SICT.</w:t>
      </w:r>
    </w:p>
    <w:p w14:paraId="60FFB6C9" w14:textId="77777777" w:rsidR="009632DB" w:rsidRPr="008C239A" w:rsidRDefault="004E1999" w:rsidP="00C93E66">
      <w:pPr>
        <w:pStyle w:val="Ttulo1"/>
        <w:jc w:val="both"/>
        <w:rPr>
          <w:color w:val="auto"/>
          <w:sz w:val="20"/>
          <w:szCs w:val="20"/>
        </w:rPr>
      </w:pPr>
      <w:r w:rsidRPr="008C239A">
        <w:rPr>
          <w:color w:val="auto"/>
          <w:sz w:val="20"/>
          <w:szCs w:val="20"/>
        </w:rPr>
        <w:t>5. DA GRATUIDADE E DA AUSÊNCIA DE VÍNCULO</w:t>
      </w:r>
    </w:p>
    <w:p w14:paraId="4D1420F9" w14:textId="77777777" w:rsidR="009632DB" w:rsidRPr="008C239A" w:rsidRDefault="004E1999" w:rsidP="00C93E66">
      <w:pPr>
        <w:jc w:val="both"/>
        <w:rPr>
          <w:sz w:val="20"/>
          <w:szCs w:val="20"/>
        </w:rPr>
      </w:pPr>
      <w:r w:rsidRPr="008C239A">
        <w:rPr>
          <w:sz w:val="20"/>
          <w:szCs w:val="20"/>
        </w:rPr>
        <w:t>5.1. A participação é gratuita e não implica transferência de recursos, bolsa, remuneração, ajuda de custo ou indenização pelo Estado, salvo previsão expressa em instrumento específico.</w:t>
      </w:r>
    </w:p>
    <w:p w14:paraId="1841D623" w14:textId="77777777" w:rsidR="009632DB" w:rsidRPr="008C239A" w:rsidRDefault="004E1999" w:rsidP="00C93E66">
      <w:pPr>
        <w:jc w:val="both"/>
        <w:rPr>
          <w:sz w:val="20"/>
          <w:szCs w:val="20"/>
        </w:rPr>
      </w:pPr>
      <w:r w:rsidRPr="008C239A">
        <w:rPr>
          <w:sz w:val="20"/>
          <w:szCs w:val="20"/>
        </w:rPr>
        <w:t>5.2. O Termo não cria vínculo empregatício, funcional, societário, de representação, de prestação de serviços ou de contratação entre o PARTICIPANTE, a SICT, o MAPA ou a Wadhwani Foundation.</w:t>
      </w:r>
    </w:p>
    <w:p w14:paraId="30C0C2D9" w14:textId="77777777" w:rsidR="009632DB" w:rsidRPr="008C239A" w:rsidRDefault="004E1999" w:rsidP="00C93E66">
      <w:pPr>
        <w:pStyle w:val="Ttulo1"/>
        <w:jc w:val="both"/>
        <w:rPr>
          <w:color w:val="auto"/>
          <w:sz w:val="20"/>
          <w:szCs w:val="20"/>
        </w:rPr>
      </w:pPr>
      <w:r w:rsidRPr="008C239A">
        <w:rPr>
          <w:color w:val="auto"/>
          <w:sz w:val="20"/>
          <w:szCs w:val="20"/>
        </w:rPr>
        <w:t>6</w:t>
      </w:r>
      <w:proofErr w:type="gramStart"/>
      <w:r w:rsidRPr="008C239A">
        <w:rPr>
          <w:color w:val="auto"/>
          <w:sz w:val="20"/>
          <w:szCs w:val="20"/>
        </w:rPr>
        <w:t>. DOS</w:t>
      </w:r>
      <w:proofErr w:type="gramEnd"/>
      <w:r w:rsidRPr="008C239A">
        <w:rPr>
          <w:color w:val="auto"/>
          <w:sz w:val="20"/>
          <w:szCs w:val="20"/>
        </w:rPr>
        <w:t xml:space="preserve"> DADOS PESSOAIS</w:t>
      </w:r>
    </w:p>
    <w:p w14:paraId="6DFFD945" w14:textId="77777777" w:rsidR="009632DB" w:rsidRPr="008C239A" w:rsidRDefault="004E1999" w:rsidP="00C93E66">
      <w:pPr>
        <w:jc w:val="both"/>
        <w:rPr>
          <w:sz w:val="20"/>
          <w:szCs w:val="20"/>
        </w:rPr>
      </w:pPr>
      <w:r w:rsidRPr="008C239A">
        <w:rPr>
          <w:sz w:val="20"/>
          <w:szCs w:val="20"/>
        </w:rPr>
        <w:t>6.1. Os dados pessoais serão tratados para inscrição, seleção, comunicação, execução, acompanhamento, certificação e avaliação do Programa, observada a Lei Federal nº 13.709/2018.</w:t>
      </w:r>
    </w:p>
    <w:p w14:paraId="0B3F0F20" w14:textId="77777777" w:rsidR="009632DB" w:rsidRPr="008C239A" w:rsidRDefault="004E1999" w:rsidP="00C93E66">
      <w:pPr>
        <w:jc w:val="both"/>
        <w:rPr>
          <w:sz w:val="20"/>
          <w:szCs w:val="20"/>
        </w:rPr>
      </w:pPr>
      <w:r w:rsidRPr="008C239A">
        <w:rPr>
          <w:sz w:val="20"/>
          <w:szCs w:val="20"/>
        </w:rPr>
        <w:t xml:space="preserve">6.2. Os dados estritamente necessários poderão ser compartilhados com o MAPA e com a Wadhwani Foundation para viabilizar a participação e </w:t>
      </w:r>
      <w:proofErr w:type="gramStart"/>
      <w:r w:rsidRPr="008C239A">
        <w:rPr>
          <w:sz w:val="20"/>
          <w:szCs w:val="20"/>
        </w:rPr>
        <w:t>a</w:t>
      </w:r>
      <w:proofErr w:type="gramEnd"/>
      <w:r w:rsidRPr="008C239A">
        <w:rPr>
          <w:sz w:val="20"/>
          <w:szCs w:val="20"/>
        </w:rPr>
        <w:t xml:space="preserve"> execução da capacitação, observadas as finalidades do Programa e as medidas de proteção cabíveis.</w:t>
      </w:r>
    </w:p>
    <w:p w14:paraId="0D33F733" w14:textId="77777777" w:rsidR="009632DB" w:rsidRPr="008C239A" w:rsidRDefault="004E1999" w:rsidP="00C93E66">
      <w:pPr>
        <w:pStyle w:val="Ttulo1"/>
        <w:jc w:val="both"/>
        <w:rPr>
          <w:color w:val="auto"/>
          <w:sz w:val="20"/>
          <w:szCs w:val="20"/>
        </w:rPr>
      </w:pPr>
      <w:r w:rsidRPr="008C239A">
        <w:rPr>
          <w:color w:val="auto"/>
          <w:sz w:val="20"/>
          <w:szCs w:val="20"/>
        </w:rPr>
        <w:t>7. DE IMAGEM, VOZ E DIVULGAÇÃO</w:t>
      </w:r>
    </w:p>
    <w:p w14:paraId="1D9F1853" w14:textId="77777777" w:rsidR="009632DB" w:rsidRPr="008C239A" w:rsidRDefault="004E1999" w:rsidP="00C93E66">
      <w:pPr>
        <w:jc w:val="both"/>
        <w:rPr>
          <w:sz w:val="20"/>
          <w:szCs w:val="20"/>
        </w:rPr>
      </w:pPr>
      <w:r w:rsidRPr="008C239A">
        <w:rPr>
          <w:sz w:val="20"/>
          <w:szCs w:val="20"/>
        </w:rPr>
        <w:t>7.1. O uso de imagem ou voz do PARTICIPANTE para divulgação institucional dependerá de autorização específica, destacada e facultativa, salvo registro meramente acessório de atividade pública ou outra hipótese legal aplicável.</w:t>
      </w:r>
    </w:p>
    <w:p w14:paraId="7B74F5DA" w14:textId="77777777" w:rsidR="009632DB" w:rsidRPr="008C239A" w:rsidRDefault="004E1999" w:rsidP="00C93E66">
      <w:pPr>
        <w:jc w:val="both"/>
        <w:rPr>
          <w:sz w:val="20"/>
          <w:szCs w:val="20"/>
        </w:rPr>
      </w:pPr>
      <w:r w:rsidRPr="008C239A">
        <w:rPr>
          <w:sz w:val="20"/>
          <w:szCs w:val="20"/>
        </w:rPr>
        <w:t xml:space="preserve">7.2. Autorização facultativa: </w:t>
      </w:r>
      <w:proofErr w:type="gramStart"/>
      <w:r w:rsidRPr="008C239A">
        <w:rPr>
          <w:sz w:val="20"/>
          <w:szCs w:val="20"/>
          <w:highlight w:val="yellow"/>
        </w:rPr>
        <w:t>(  )</w:t>
      </w:r>
      <w:proofErr w:type="gramEnd"/>
      <w:r w:rsidRPr="008C239A">
        <w:rPr>
          <w:sz w:val="20"/>
          <w:szCs w:val="20"/>
          <w:highlight w:val="yellow"/>
        </w:rPr>
        <w:t xml:space="preserve"> </w:t>
      </w:r>
      <w:proofErr w:type="gramStart"/>
      <w:r w:rsidRPr="008C239A">
        <w:rPr>
          <w:sz w:val="20"/>
          <w:szCs w:val="20"/>
          <w:highlight w:val="yellow"/>
        </w:rPr>
        <w:t>AUTORIZO  (  )</w:t>
      </w:r>
      <w:proofErr w:type="gramEnd"/>
      <w:r w:rsidRPr="008C239A">
        <w:rPr>
          <w:sz w:val="20"/>
          <w:szCs w:val="20"/>
          <w:highlight w:val="yellow"/>
        </w:rPr>
        <w:t xml:space="preserve"> NÃO AUTORIZO</w:t>
      </w:r>
      <w:r w:rsidRPr="008C239A">
        <w:rPr>
          <w:sz w:val="20"/>
          <w:szCs w:val="20"/>
        </w:rPr>
        <w:t xml:space="preserve"> o uso gratuito de minha imagem e voz em registros institucionais do Programa, sem finalidade comercial e observadas as regras de publicidade institucional e eleitoral.</w:t>
      </w:r>
    </w:p>
    <w:p w14:paraId="510893E5" w14:textId="77777777" w:rsidR="009632DB" w:rsidRPr="008C239A" w:rsidRDefault="004E1999" w:rsidP="00C93E66">
      <w:pPr>
        <w:pStyle w:val="Ttulo1"/>
        <w:jc w:val="both"/>
        <w:rPr>
          <w:color w:val="auto"/>
          <w:sz w:val="20"/>
          <w:szCs w:val="20"/>
        </w:rPr>
      </w:pPr>
      <w:r w:rsidRPr="008C239A">
        <w:rPr>
          <w:color w:val="auto"/>
          <w:sz w:val="20"/>
          <w:szCs w:val="20"/>
        </w:rPr>
        <w:t>8. DA DESISTÊNCIA E DO DESLIGAMENTO</w:t>
      </w:r>
    </w:p>
    <w:p w14:paraId="511EA104" w14:textId="77777777" w:rsidR="009632DB" w:rsidRPr="008C239A" w:rsidRDefault="004E1999" w:rsidP="00C93E66">
      <w:pPr>
        <w:jc w:val="both"/>
        <w:rPr>
          <w:sz w:val="20"/>
          <w:szCs w:val="20"/>
        </w:rPr>
      </w:pPr>
      <w:r w:rsidRPr="008C239A">
        <w:rPr>
          <w:sz w:val="20"/>
          <w:szCs w:val="20"/>
        </w:rPr>
        <w:t>8.1. O PARTICIPANTE poderá desistir mediante comunicação escrita à SICT.</w:t>
      </w:r>
    </w:p>
    <w:p w14:paraId="1F13F4B7" w14:textId="77777777" w:rsidR="009632DB" w:rsidRPr="008C239A" w:rsidRDefault="004E1999" w:rsidP="00C93E66">
      <w:pPr>
        <w:jc w:val="both"/>
        <w:rPr>
          <w:sz w:val="20"/>
          <w:szCs w:val="20"/>
        </w:rPr>
      </w:pPr>
      <w:r w:rsidRPr="008C239A">
        <w:rPr>
          <w:sz w:val="20"/>
          <w:szCs w:val="20"/>
        </w:rPr>
        <w:t xml:space="preserve">8.2. Poderá ocorrer desligamento em caso de descumprimento relevante do Edital ou deste Termo, falsidade de informação, ausência reiterada incompatível com a jornada ou conduta que comprometa </w:t>
      </w:r>
      <w:proofErr w:type="gramStart"/>
      <w:r w:rsidRPr="008C239A">
        <w:rPr>
          <w:sz w:val="20"/>
          <w:szCs w:val="20"/>
        </w:rPr>
        <w:t>a</w:t>
      </w:r>
      <w:proofErr w:type="gramEnd"/>
      <w:r w:rsidRPr="008C239A">
        <w:rPr>
          <w:sz w:val="20"/>
          <w:szCs w:val="20"/>
        </w:rPr>
        <w:t xml:space="preserve"> execução do Programa, assegurada manifestação prévia do participante, salvo situação urgente devidamente motivada.</w:t>
      </w:r>
    </w:p>
    <w:p w14:paraId="5B9FD749" w14:textId="77777777" w:rsidR="009632DB" w:rsidRPr="008C239A" w:rsidRDefault="004E1999" w:rsidP="00C93E66">
      <w:pPr>
        <w:pStyle w:val="Ttulo1"/>
        <w:jc w:val="both"/>
        <w:rPr>
          <w:color w:val="auto"/>
          <w:sz w:val="20"/>
          <w:szCs w:val="20"/>
        </w:rPr>
      </w:pPr>
      <w:r w:rsidRPr="008C239A">
        <w:rPr>
          <w:color w:val="auto"/>
          <w:sz w:val="20"/>
          <w:szCs w:val="20"/>
        </w:rPr>
        <w:t>9. DA VIGÊNCIA</w:t>
      </w:r>
    </w:p>
    <w:p w14:paraId="1E12FE50" w14:textId="77777777" w:rsidR="009632DB" w:rsidRPr="008C239A" w:rsidRDefault="004E1999" w:rsidP="00C93E66">
      <w:pPr>
        <w:jc w:val="both"/>
        <w:rPr>
          <w:sz w:val="20"/>
          <w:szCs w:val="20"/>
        </w:rPr>
      </w:pPr>
      <w:r w:rsidRPr="008C239A">
        <w:rPr>
          <w:sz w:val="20"/>
          <w:szCs w:val="20"/>
        </w:rPr>
        <w:t>9.1. O Termo vigorará da assinatura até a conclusão das atividades do Programa relativas à edição para a qual o PARTICIPANTE foi selecionado, sem prejuízo das obrigações que, por sua natureza, devam subsistir.</w:t>
      </w:r>
    </w:p>
    <w:p w14:paraId="59B30107" w14:textId="77777777" w:rsidR="009632DB" w:rsidRPr="008C239A" w:rsidRDefault="004E1999" w:rsidP="00C93E66">
      <w:pPr>
        <w:pStyle w:val="Ttulo1"/>
        <w:jc w:val="both"/>
        <w:rPr>
          <w:color w:val="auto"/>
          <w:sz w:val="20"/>
          <w:szCs w:val="20"/>
        </w:rPr>
      </w:pPr>
      <w:r w:rsidRPr="008C239A">
        <w:rPr>
          <w:color w:val="auto"/>
          <w:sz w:val="20"/>
          <w:szCs w:val="20"/>
        </w:rPr>
        <w:lastRenderedPageBreak/>
        <w:t>10. DAS DISPOSIÇÕES FINAIS</w:t>
      </w:r>
    </w:p>
    <w:p w14:paraId="433B4BB3" w14:textId="77777777" w:rsidR="009632DB" w:rsidRPr="008C239A" w:rsidRDefault="004E1999" w:rsidP="00C93E66">
      <w:pPr>
        <w:jc w:val="both"/>
        <w:rPr>
          <w:sz w:val="20"/>
          <w:szCs w:val="20"/>
        </w:rPr>
      </w:pPr>
      <w:r w:rsidRPr="008C239A">
        <w:rPr>
          <w:sz w:val="20"/>
          <w:szCs w:val="20"/>
        </w:rPr>
        <w:t>10.1. O Edital integra este Termo para todos os fins.</w:t>
      </w:r>
    </w:p>
    <w:p w14:paraId="54D3E9EB" w14:textId="77777777" w:rsidR="009632DB" w:rsidRPr="008C239A" w:rsidRDefault="004E1999" w:rsidP="00C93E66">
      <w:pPr>
        <w:jc w:val="both"/>
        <w:rPr>
          <w:sz w:val="20"/>
          <w:szCs w:val="20"/>
        </w:rPr>
      </w:pPr>
      <w:r w:rsidRPr="008C239A">
        <w:rPr>
          <w:sz w:val="20"/>
          <w:szCs w:val="20"/>
        </w:rPr>
        <w:t>10.2. Questões operacionais serão encaminhadas à unidade responsável da SICT pelo canal informado aos participantes.</w:t>
      </w:r>
    </w:p>
    <w:p w14:paraId="60C1B8AE" w14:textId="77777777" w:rsidR="009632DB" w:rsidRPr="008C239A" w:rsidRDefault="004E1999" w:rsidP="00C93E66">
      <w:pPr>
        <w:jc w:val="both"/>
        <w:rPr>
          <w:sz w:val="20"/>
          <w:szCs w:val="20"/>
        </w:rPr>
      </w:pPr>
      <w:r w:rsidRPr="008C239A">
        <w:rPr>
          <w:sz w:val="20"/>
          <w:szCs w:val="20"/>
        </w:rPr>
        <w:t>10.3. O presente modelo deverá ser validado pela área técnica quanto à metodologia, ao cronograma e às obrigações operacionais do Programa antes de sua utilização.</w:t>
      </w:r>
    </w:p>
    <w:p w14:paraId="02D6E306" w14:textId="77777777" w:rsidR="009632DB" w:rsidRPr="008C239A" w:rsidRDefault="004E1999" w:rsidP="00C93E66">
      <w:pPr>
        <w:jc w:val="both"/>
        <w:rPr>
          <w:sz w:val="20"/>
          <w:szCs w:val="20"/>
          <w:highlight w:val="yellow"/>
        </w:rPr>
      </w:pPr>
      <w:r w:rsidRPr="008C239A">
        <w:rPr>
          <w:sz w:val="20"/>
          <w:szCs w:val="20"/>
          <w:highlight w:val="yellow"/>
        </w:rPr>
        <w:t>Porto Alegre, ___ de __________ de 2026.</w:t>
      </w:r>
    </w:p>
    <w:p w14:paraId="08D021AB" w14:textId="77777777" w:rsidR="009632DB" w:rsidRPr="008C239A" w:rsidRDefault="004E1999" w:rsidP="00C93E66">
      <w:pPr>
        <w:jc w:val="both"/>
        <w:rPr>
          <w:sz w:val="20"/>
          <w:szCs w:val="20"/>
          <w:highlight w:val="yellow"/>
        </w:rPr>
      </w:pPr>
      <w:r w:rsidRPr="008C239A">
        <w:rPr>
          <w:sz w:val="20"/>
          <w:szCs w:val="20"/>
          <w:highlight w:val="yellow"/>
        </w:rPr>
        <w:t>________________________________________</w:t>
      </w:r>
      <w:r w:rsidRPr="008C239A">
        <w:rPr>
          <w:sz w:val="20"/>
          <w:szCs w:val="20"/>
          <w:highlight w:val="yellow"/>
        </w:rPr>
        <w:br/>
        <w:t>PARTICIPANTE</w:t>
      </w:r>
    </w:p>
    <w:p w14:paraId="33A85159" w14:textId="77777777" w:rsidR="009632DB" w:rsidRPr="008C239A" w:rsidRDefault="004E1999" w:rsidP="00C93E66">
      <w:pPr>
        <w:jc w:val="both"/>
        <w:rPr>
          <w:sz w:val="20"/>
          <w:szCs w:val="20"/>
        </w:rPr>
      </w:pPr>
      <w:r w:rsidRPr="008C239A">
        <w:rPr>
          <w:sz w:val="20"/>
          <w:szCs w:val="20"/>
          <w:highlight w:val="yellow"/>
        </w:rPr>
        <w:t>________________________________________</w:t>
      </w:r>
      <w:r w:rsidRPr="008C239A">
        <w:rPr>
          <w:sz w:val="20"/>
          <w:szCs w:val="20"/>
          <w:highlight w:val="yellow"/>
        </w:rPr>
        <w:br/>
        <w:t>SECRETARIA DE INOVAÇÃO, CIÊNCIA E TECNOLOGIA</w:t>
      </w:r>
    </w:p>
    <w:sectPr w:rsidR="009632DB" w:rsidRPr="008C239A" w:rsidSect="00034616">
      <w:footerReference w:type="default" r:id="rId8"/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81635" w14:textId="77777777" w:rsidR="00626660" w:rsidRDefault="00626660">
      <w:pPr>
        <w:spacing w:after="0" w:line="240" w:lineRule="auto"/>
      </w:pPr>
      <w:r>
        <w:separator/>
      </w:r>
    </w:p>
  </w:endnote>
  <w:endnote w:type="continuationSeparator" w:id="0">
    <w:p w14:paraId="1E1225E1" w14:textId="77777777" w:rsidR="00626660" w:rsidRDefault="00626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87F58" w14:textId="77777777" w:rsidR="009632DB" w:rsidRDefault="004E1999">
    <w:pPr>
      <w:pStyle w:val="Rodap"/>
      <w:jc w:val="center"/>
    </w:pPr>
    <w:r>
      <w:rPr>
        <w:color w:val="666666"/>
        <w:sz w:val="16"/>
      </w:rPr>
      <w:t xml:space="preserve">SICT | </w:t>
    </w:r>
    <w:proofErr w:type="spellStart"/>
    <w:r>
      <w:rPr>
        <w:color w:val="666666"/>
        <w:sz w:val="16"/>
      </w:rPr>
      <w:t>Minuta</w:t>
    </w:r>
    <w:proofErr w:type="spellEnd"/>
    <w:r>
      <w:rPr>
        <w:color w:val="666666"/>
        <w:sz w:val="16"/>
      </w:rPr>
      <w:t xml:space="preserve"> para </w:t>
    </w:r>
    <w:proofErr w:type="spellStart"/>
    <w:r>
      <w:rPr>
        <w:color w:val="666666"/>
        <w:sz w:val="16"/>
      </w:rPr>
      <w:t>instrução</w:t>
    </w:r>
    <w:proofErr w:type="spellEnd"/>
    <w:r>
      <w:rPr>
        <w:color w:val="666666"/>
        <w:sz w:val="16"/>
      </w:rPr>
      <w:t xml:space="preserve"> do </w:t>
    </w:r>
    <w:proofErr w:type="spellStart"/>
    <w:r>
      <w:rPr>
        <w:color w:val="666666"/>
        <w:sz w:val="16"/>
      </w:rPr>
      <w:t>processo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administrativo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F991F" w14:textId="77777777" w:rsidR="00626660" w:rsidRDefault="00626660">
      <w:pPr>
        <w:spacing w:after="0" w:line="240" w:lineRule="auto"/>
      </w:pPr>
      <w:r>
        <w:separator/>
      </w:r>
    </w:p>
  </w:footnote>
  <w:footnote w:type="continuationSeparator" w:id="0">
    <w:p w14:paraId="03D34D06" w14:textId="77777777" w:rsidR="00626660" w:rsidRDefault="006266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4359373">
    <w:abstractNumId w:val="8"/>
  </w:num>
  <w:num w:numId="2" w16cid:durableId="1786577363">
    <w:abstractNumId w:val="6"/>
  </w:num>
  <w:num w:numId="3" w16cid:durableId="621957675">
    <w:abstractNumId w:val="5"/>
  </w:num>
  <w:num w:numId="4" w16cid:durableId="400908820">
    <w:abstractNumId w:val="4"/>
  </w:num>
  <w:num w:numId="5" w16cid:durableId="1006129251">
    <w:abstractNumId w:val="7"/>
  </w:num>
  <w:num w:numId="6" w16cid:durableId="1249119683">
    <w:abstractNumId w:val="3"/>
  </w:num>
  <w:num w:numId="7" w16cid:durableId="1414468239">
    <w:abstractNumId w:val="2"/>
  </w:num>
  <w:num w:numId="8" w16cid:durableId="1594974331">
    <w:abstractNumId w:val="1"/>
  </w:num>
  <w:num w:numId="9" w16cid:durableId="1822383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5AD2"/>
    <w:rsid w:val="0029639D"/>
    <w:rsid w:val="00326F90"/>
    <w:rsid w:val="004E1999"/>
    <w:rsid w:val="00626660"/>
    <w:rsid w:val="00660DE3"/>
    <w:rsid w:val="008C239A"/>
    <w:rsid w:val="008E0893"/>
    <w:rsid w:val="009632DB"/>
    <w:rsid w:val="00AA1D8D"/>
    <w:rsid w:val="00B47730"/>
    <w:rsid w:val="00C93E6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8ACEB1BC-C954-4C74-A055-053488A93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F4E79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0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Luisa Arena Carneiro</dc:creator>
  <cp:keywords/>
  <dc:description>generated by python-docx</dc:description>
  <cp:lastModifiedBy>Anna Luisa Arena Carneiro</cp:lastModifiedBy>
  <cp:revision>4</cp:revision>
  <dcterms:created xsi:type="dcterms:W3CDTF">2026-10-19T17:17:00Z</dcterms:created>
  <dcterms:modified xsi:type="dcterms:W3CDTF">2026-10-20T12:03:00Z</dcterms:modified>
  <cp:category/>
</cp:coreProperties>
</file>